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65F48" w14:textId="77777777" w:rsidR="003844FE" w:rsidRDefault="00000000" w:rsidP="00BF06D3">
      <w:pPr>
        <w:pStyle w:val="Heading1"/>
      </w:pPr>
      <w:r>
        <w:rPr>
          <w:color w:val="C48C00"/>
        </w:rPr>
        <w:t>Hotels XML API Integration Questionnaire</w:t>
      </w:r>
    </w:p>
    <w:p w14:paraId="2FAEBA77" w14:textId="6B42FFC4" w:rsidR="007E0796" w:rsidRPr="0051226C" w:rsidRDefault="00000000" w:rsidP="005C795F">
      <w:pPr>
        <w:jc w:val="center"/>
        <w:rPr>
          <w:b/>
          <w:bCs/>
          <w:sz w:val="20"/>
          <w:szCs w:val="20"/>
          <w:lang w:val="en-GB"/>
        </w:rPr>
      </w:pPr>
      <w:r w:rsidRPr="0051226C">
        <w:rPr>
          <w:sz w:val="20"/>
          <w:szCs w:val="20"/>
        </w:rPr>
        <w:t>Please provide concise responses to help us plan and complete the API integration efficiently</w:t>
      </w:r>
      <w:r w:rsidR="00B87C01" w:rsidRPr="0051226C">
        <w:rPr>
          <w:b/>
          <w:bCs/>
          <w:sz w:val="20"/>
          <w:szCs w:val="20"/>
          <w:lang w:val="en-GB"/>
        </w:rPr>
        <w:t>.</w:t>
      </w:r>
    </w:p>
    <w:p w14:paraId="5D3421BF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1. Supplier Integration &amp; Mapping</w:t>
      </w:r>
    </w:p>
    <w:p w14:paraId="33FF9745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1.1 Hotel Content Supplier</w:t>
      </w:r>
    </w:p>
    <w:p w14:paraId="6F5B07B5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Will Dream Urlaub be your only hotel content supplier?</w:t>
      </w:r>
    </w:p>
    <w:p w14:paraId="12439C33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Yes</w:t>
      </w:r>
      <w:r w:rsidRPr="0051226C">
        <w:rPr>
          <w:sz w:val="20"/>
          <w:szCs w:val="20"/>
          <w:lang w:val="en-GB"/>
        </w:rPr>
        <w:t> </w:t>
      </w:r>
      <w:r w:rsidRPr="0051226C">
        <w:rPr>
          <w:sz w:val="20"/>
          <w:szCs w:val="20"/>
          <w:lang w:val="en-GB"/>
        </w:rPr>
        <w:t> </w:t>
      </w: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No</w:t>
      </w:r>
    </w:p>
    <w:p w14:paraId="46CC044D" w14:textId="2A94D96E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i/>
          <w:iCs/>
          <w:sz w:val="20"/>
          <w:szCs w:val="20"/>
          <w:lang w:val="en-GB"/>
        </w:rPr>
        <w:t xml:space="preserve">If </w:t>
      </w:r>
      <w:r w:rsidRPr="0051226C">
        <w:rPr>
          <w:b/>
          <w:bCs/>
          <w:i/>
          <w:iCs/>
          <w:sz w:val="20"/>
          <w:szCs w:val="20"/>
          <w:lang w:val="en-GB"/>
        </w:rPr>
        <w:t>Yes</w:t>
      </w:r>
      <w:r w:rsidRPr="0051226C">
        <w:rPr>
          <w:i/>
          <w:iCs/>
          <w:sz w:val="20"/>
          <w:szCs w:val="20"/>
          <w:lang w:val="en-GB"/>
        </w:rPr>
        <w:t>, you may skip the remaining questions in this section</w:t>
      </w:r>
      <w:r w:rsidR="00B91092" w:rsidRPr="0051226C">
        <w:rPr>
          <w:i/>
          <w:iCs/>
          <w:sz w:val="20"/>
          <w:szCs w:val="20"/>
          <w:lang w:val="en-GB"/>
        </w:rPr>
        <w:t>1.3</w:t>
      </w:r>
      <w:r w:rsidRPr="0051226C">
        <w:rPr>
          <w:i/>
          <w:iCs/>
          <w:sz w:val="20"/>
          <w:szCs w:val="20"/>
          <w:lang w:val="en-GB"/>
        </w:rPr>
        <w:t>.</w:t>
      </w:r>
    </w:p>
    <w:p w14:paraId="1BCDEB85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1.2 Additional Suppliers</w:t>
      </w:r>
    </w:p>
    <w:p w14:paraId="45D11639" w14:textId="0B249C81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Do you integrate with other hotel suppliers?</w:t>
      </w:r>
      <w:r w:rsidRPr="0051226C">
        <w:rPr>
          <w:sz w:val="20"/>
          <w:szCs w:val="20"/>
          <w:lang w:val="en-GB"/>
        </w:rPr>
        <w:t xml:space="preserve"> If </w:t>
      </w:r>
      <w:r w:rsidR="00E64F52" w:rsidRPr="0051226C">
        <w:rPr>
          <w:b/>
          <w:bCs/>
          <w:sz w:val="20"/>
          <w:szCs w:val="20"/>
          <w:lang w:val="en-GB"/>
        </w:rPr>
        <w:t>yes</w:t>
      </w:r>
      <w:r w:rsidRPr="0051226C">
        <w:rPr>
          <w:sz w:val="20"/>
          <w:szCs w:val="20"/>
          <w:lang w:val="en-GB"/>
        </w:rPr>
        <w:t>, please list them.</w:t>
      </w:r>
    </w:p>
    <w:p w14:paraId="014E586F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Answer:</w:t>
      </w:r>
      <w:r w:rsidRPr="0051226C">
        <w:rPr>
          <w:sz w:val="20"/>
          <w:szCs w:val="20"/>
          <w:lang w:val="en-GB"/>
        </w:rPr>
        <w:t xml:space="preserve"> ____________________________________________</w:t>
      </w:r>
    </w:p>
    <w:p w14:paraId="35A357FE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1.3 Hotel Mapping</w:t>
      </w:r>
    </w:p>
    <w:p w14:paraId="5673718E" w14:textId="6110E833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 xml:space="preserve">Do you use </w:t>
      </w:r>
      <w:r w:rsidR="00E64F52">
        <w:rPr>
          <w:b/>
          <w:bCs/>
          <w:sz w:val="20"/>
          <w:szCs w:val="20"/>
          <w:lang w:val="en-GB"/>
        </w:rPr>
        <w:t>Tech House</w:t>
      </w:r>
      <w:r w:rsidRPr="0051226C">
        <w:rPr>
          <w:b/>
          <w:bCs/>
          <w:sz w:val="20"/>
          <w:szCs w:val="20"/>
          <w:lang w:val="en-GB"/>
        </w:rPr>
        <w:t xml:space="preserve"> for hotel mapping?</w:t>
      </w:r>
      <w:r w:rsidR="00E64F52" w:rsidRPr="00E64F52">
        <w:rPr>
          <w:sz w:val="20"/>
          <w:szCs w:val="20"/>
          <w:lang w:val="en-GB"/>
        </w:rPr>
        <w:t xml:space="preserve"> </w:t>
      </w:r>
      <w:r w:rsidR="00E64F52" w:rsidRPr="0051226C">
        <w:rPr>
          <w:sz w:val="20"/>
          <w:szCs w:val="20"/>
          <w:lang w:val="en-GB"/>
        </w:rPr>
        <w:t xml:space="preserve">If </w:t>
      </w:r>
      <w:r w:rsidR="00E64F52" w:rsidRPr="0051226C">
        <w:rPr>
          <w:b/>
          <w:bCs/>
          <w:sz w:val="20"/>
          <w:szCs w:val="20"/>
          <w:lang w:val="en-GB"/>
        </w:rPr>
        <w:t>yes</w:t>
      </w:r>
      <w:r w:rsidR="00E64F52" w:rsidRPr="0051226C">
        <w:rPr>
          <w:sz w:val="20"/>
          <w:szCs w:val="20"/>
          <w:lang w:val="en-GB"/>
        </w:rPr>
        <w:t>, please list them.</w:t>
      </w:r>
    </w:p>
    <w:p w14:paraId="25D8486D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Yes</w:t>
      </w:r>
      <w:r w:rsidRPr="0051226C">
        <w:rPr>
          <w:sz w:val="20"/>
          <w:szCs w:val="20"/>
          <w:lang w:val="en-GB"/>
        </w:rPr>
        <w:t> </w:t>
      </w:r>
      <w:r w:rsidRPr="0051226C">
        <w:rPr>
          <w:sz w:val="20"/>
          <w:szCs w:val="20"/>
          <w:lang w:val="en-GB"/>
        </w:rPr>
        <w:t> </w:t>
      </w: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No</w:t>
      </w:r>
    </w:p>
    <w:p w14:paraId="755F5064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1.4 Room Mapping</w:t>
      </w:r>
    </w:p>
    <w:p w14:paraId="649C0184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Will your system match room types across multiple suppliers?</w:t>
      </w:r>
    </w:p>
    <w:p w14:paraId="4FF30217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Yes</w:t>
      </w:r>
      <w:r w:rsidRPr="0051226C">
        <w:rPr>
          <w:sz w:val="20"/>
          <w:szCs w:val="20"/>
          <w:lang w:val="en-GB"/>
        </w:rPr>
        <w:t> </w:t>
      </w:r>
      <w:r w:rsidRPr="0051226C">
        <w:rPr>
          <w:sz w:val="20"/>
          <w:szCs w:val="20"/>
          <w:lang w:val="en-GB"/>
        </w:rPr>
        <w:t> </w:t>
      </w: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No</w:t>
      </w:r>
    </w:p>
    <w:p w14:paraId="38A3FDBA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1.5 Mapping Updates</w:t>
      </w:r>
    </w:p>
    <w:p w14:paraId="0649AC74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How frequently do you update your hotel mapping database?</w:t>
      </w:r>
    </w:p>
    <w:p w14:paraId="5369967C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Answer:</w:t>
      </w:r>
      <w:r w:rsidRPr="0051226C">
        <w:rPr>
          <w:sz w:val="20"/>
          <w:szCs w:val="20"/>
          <w:lang w:val="en-GB"/>
        </w:rPr>
        <w:t xml:space="preserve"> ____________________________________________</w:t>
      </w:r>
    </w:p>
    <w:p w14:paraId="14BF03AB" w14:textId="77777777" w:rsidR="007E0796" w:rsidRPr="0051226C" w:rsidRDefault="00000000" w:rsidP="007E0796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pict w14:anchorId="7A6D9950">
          <v:rect id="_x0000_i1025" style="width:0;height:1.5pt" o:hralign="center" o:hrstd="t" o:hr="t" fillcolor="#a0a0a0" stroked="f"/>
        </w:pict>
      </w:r>
    </w:p>
    <w:p w14:paraId="7EFC6AD1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2. Content</w:t>
      </w:r>
    </w:p>
    <w:p w14:paraId="349AE0DE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2.1 Hotel Content</w:t>
      </w:r>
    </w:p>
    <w:p w14:paraId="34B171C0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Will you use all Dream Urlaub hotel content?</w:t>
      </w:r>
    </w:p>
    <w:p w14:paraId="1665A912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Yes</w:t>
      </w:r>
      <w:r w:rsidRPr="0051226C">
        <w:rPr>
          <w:sz w:val="20"/>
          <w:szCs w:val="20"/>
          <w:lang w:val="en-GB"/>
        </w:rPr>
        <w:t> </w:t>
      </w:r>
      <w:r w:rsidRPr="0051226C">
        <w:rPr>
          <w:sz w:val="20"/>
          <w:szCs w:val="20"/>
          <w:lang w:val="en-GB"/>
        </w:rPr>
        <w:t> </w:t>
      </w: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No</w:t>
      </w:r>
    </w:p>
    <w:p w14:paraId="5513D49B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i/>
          <w:iCs/>
          <w:sz w:val="20"/>
          <w:szCs w:val="20"/>
          <w:lang w:val="en-GB"/>
        </w:rPr>
        <w:t xml:space="preserve">If </w:t>
      </w:r>
      <w:r w:rsidRPr="0051226C">
        <w:rPr>
          <w:b/>
          <w:bCs/>
          <w:i/>
          <w:iCs/>
          <w:sz w:val="20"/>
          <w:szCs w:val="20"/>
          <w:lang w:val="en-GB"/>
        </w:rPr>
        <w:t>No</w:t>
      </w:r>
      <w:r w:rsidRPr="0051226C">
        <w:rPr>
          <w:i/>
          <w:iCs/>
          <w:sz w:val="20"/>
          <w:szCs w:val="20"/>
          <w:lang w:val="en-GB"/>
        </w:rPr>
        <w:t>, please specify which content is sourced from other providers (e.g., images, facilities).</w:t>
      </w:r>
    </w:p>
    <w:p w14:paraId="74D01991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Answer:</w:t>
      </w:r>
      <w:r w:rsidRPr="0051226C">
        <w:rPr>
          <w:sz w:val="20"/>
          <w:szCs w:val="20"/>
          <w:lang w:val="en-GB"/>
        </w:rPr>
        <w:t xml:space="preserve"> ____________________________________________</w:t>
      </w:r>
    </w:p>
    <w:p w14:paraId="6E71D904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lastRenderedPageBreak/>
        <w:t>2.2 Source Market</w:t>
      </w:r>
    </w:p>
    <w:p w14:paraId="209F6CB6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Do you use Source Market or Source Country information in your booking flow?</w:t>
      </w:r>
    </w:p>
    <w:p w14:paraId="1F1A3825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Yes</w:t>
      </w:r>
      <w:r w:rsidRPr="0051226C">
        <w:rPr>
          <w:sz w:val="20"/>
          <w:szCs w:val="20"/>
          <w:lang w:val="en-GB"/>
        </w:rPr>
        <w:t> </w:t>
      </w:r>
      <w:r w:rsidRPr="0051226C">
        <w:rPr>
          <w:sz w:val="20"/>
          <w:szCs w:val="20"/>
          <w:lang w:val="en-GB"/>
        </w:rPr>
        <w:t> </w:t>
      </w: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No</w:t>
      </w:r>
    </w:p>
    <w:p w14:paraId="4BE8957E" w14:textId="77777777" w:rsidR="007E0796" w:rsidRPr="0051226C" w:rsidRDefault="00000000" w:rsidP="007E0796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pict w14:anchorId="599F85FA">
          <v:rect id="_x0000_i1026" style="width:0;height:1.5pt" o:hralign="center" o:hrstd="t" o:hr="t" fillcolor="#a0a0a0" stroked="f"/>
        </w:pict>
      </w:r>
    </w:p>
    <w:p w14:paraId="34BBE980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3. Search &amp; Booking</w:t>
      </w:r>
    </w:p>
    <w:p w14:paraId="27F9AE77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3.1 Search Method</w:t>
      </w:r>
    </w:p>
    <w:p w14:paraId="30A6D257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Which search method(s) will your system use?</w:t>
      </w:r>
    </w:p>
    <w:p w14:paraId="0AE0158C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Hotel Code </w:t>
      </w:r>
      <w:r w:rsidRPr="0051226C">
        <w:rPr>
          <w:i/>
          <w:iCs/>
          <w:sz w:val="20"/>
          <w:szCs w:val="20"/>
          <w:lang w:val="en-GB"/>
        </w:rPr>
        <w:t>(Recommended)</w:t>
      </w:r>
    </w:p>
    <w:p w14:paraId="51A74957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Geolocation</w:t>
      </w:r>
    </w:p>
    <w:p w14:paraId="19B57243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Destination</w:t>
      </w:r>
    </w:p>
    <w:p w14:paraId="60ED3E24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Other: ______________________</w:t>
      </w:r>
    </w:p>
    <w:p w14:paraId="0875E810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3.2 Customer Markets</w:t>
      </w:r>
    </w:p>
    <w:p w14:paraId="2E546064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Will your platform serve customers from multiple source markets?</w:t>
      </w:r>
    </w:p>
    <w:p w14:paraId="7602A71B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Yes</w:t>
      </w:r>
      <w:r w:rsidRPr="0051226C">
        <w:rPr>
          <w:sz w:val="20"/>
          <w:szCs w:val="20"/>
          <w:lang w:val="en-GB"/>
        </w:rPr>
        <w:t> </w:t>
      </w:r>
      <w:r w:rsidRPr="0051226C">
        <w:rPr>
          <w:sz w:val="20"/>
          <w:szCs w:val="20"/>
          <w:lang w:val="en-GB"/>
        </w:rPr>
        <w:t> </w:t>
      </w: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No</w:t>
      </w:r>
    </w:p>
    <w:p w14:paraId="5ED19B49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3.3 Search Volume</w:t>
      </w:r>
    </w:p>
    <w:p w14:paraId="2A3F2FB0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What is your estimated daily search volume?</w:t>
      </w:r>
    </w:p>
    <w:p w14:paraId="5515498E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Answer:</w:t>
      </w:r>
      <w:r w:rsidRPr="0051226C">
        <w:rPr>
          <w:sz w:val="20"/>
          <w:szCs w:val="20"/>
          <w:lang w:val="en-GB"/>
        </w:rPr>
        <w:t xml:space="preserve"> ____________________________________________</w:t>
      </w:r>
    </w:p>
    <w:p w14:paraId="2CB3A587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3.4 Meta Search</w:t>
      </w:r>
    </w:p>
    <w:p w14:paraId="02E1F6D3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Is your platform integrated with any metasearch engines?</w:t>
      </w:r>
    </w:p>
    <w:p w14:paraId="31C6BAC5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Yes</w:t>
      </w:r>
      <w:r w:rsidRPr="0051226C">
        <w:rPr>
          <w:sz w:val="20"/>
          <w:szCs w:val="20"/>
          <w:lang w:val="en-GB"/>
        </w:rPr>
        <w:t> </w:t>
      </w:r>
      <w:r w:rsidRPr="0051226C">
        <w:rPr>
          <w:sz w:val="20"/>
          <w:szCs w:val="20"/>
          <w:lang w:val="en-GB"/>
        </w:rPr>
        <w:t> </w:t>
      </w: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No</w:t>
      </w:r>
    </w:p>
    <w:p w14:paraId="2FF7E14D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i/>
          <w:iCs/>
          <w:sz w:val="20"/>
          <w:szCs w:val="20"/>
          <w:lang w:val="en-GB"/>
        </w:rPr>
        <w:t xml:space="preserve">If </w:t>
      </w:r>
      <w:r w:rsidRPr="0051226C">
        <w:rPr>
          <w:b/>
          <w:bCs/>
          <w:i/>
          <w:iCs/>
          <w:sz w:val="20"/>
          <w:szCs w:val="20"/>
          <w:lang w:val="en-GB"/>
        </w:rPr>
        <w:t>Yes</w:t>
      </w:r>
      <w:r w:rsidRPr="0051226C">
        <w:rPr>
          <w:i/>
          <w:iCs/>
          <w:sz w:val="20"/>
          <w:szCs w:val="20"/>
          <w:lang w:val="en-GB"/>
        </w:rPr>
        <w:t>, please specify:</w:t>
      </w:r>
    </w:p>
    <w:p w14:paraId="538B0743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Answer:</w:t>
      </w:r>
      <w:r w:rsidRPr="0051226C">
        <w:rPr>
          <w:sz w:val="20"/>
          <w:szCs w:val="20"/>
          <w:lang w:val="en-GB"/>
        </w:rPr>
        <w:t xml:space="preserve"> ____________________________________________</w:t>
      </w:r>
    </w:p>
    <w:p w14:paraId="17A26956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3.5 Parallel Search</w:t>
      </w:r>
    </w:p>
    <w:p w14:paraId="4CAFD378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Does your platform support parallel searches and response aggregation from multiple suppliers?</w:t>
      </w:r>
    </w:p>
    <w:p w14:paraId="10508A86" w14:textId="77777777" w:rsidR="007E0796" w:rsidRDefault="007E0796" w:rsidP="007E0796">
      <w:pPr>
        <w:rPr>
          <w:sz w:val="20"/>
          <w:szCs w:val="20"/>
          <w:lang w:val="en-GB"/>
        </w:rPr>
      </w:pP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Yes</w:t>
      </w:r>
      <w:r w:rsidRPr="0051226C">
        <w:rPr>
          <w:sz w:val="20"/>
          <w:szCs w:val="20"/>
          <w:lang w:val="en-GB"/>
        </w:rPr>
        <w:t> </w:t>
      </w:r>
      <w:r w:rsidRPr="0051226C">
        <w:rPr>
          <w:sz w:val="20"/>
          <w:szCs w:val="20"/>
          <w:lang w:val="en-GB"/>
        </w:rPr>
        <w:t> </w:t>
      </w: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No</w:t>
      </w:r>
    </w:p>
    <w:p w14:paraId="5F129B53" w14:textId="77777777" w:rsidR="0051226C" w:rsidRPr="0051226C" w:rsidRDefault="0051226C" w:rsidP="007E0796">
      <w:pPr>
        <w:rPr>
          <w:sz w:val="20"/>
          <w:szCs w:val="20"/>
          <w:lang w:val="en-GB"/>
        </w:rPr>
      </w:pPr>
    </w:p>
    <w:p w14:paraId="7CDEE7AE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lastRenderedPageBreak/>
        <w:t>3.6 Booking Volume</w:t>
      </w:r>
    </w:p>
    <w:p w14:paraId="0E6AF679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What is your estimated booking volume?</w:t>
      </w:r>
    </w:p>
    <w:p w14:paraId="387E47F7" w14:textId="77777777" w:rsidR="007E0796" w:rsidRPr="0051226C" w:rsidRDefault="007E0796" w:rsidP="007E0796">
      <w:pPr>
        <w:numPr>
          <w:ilvl w:val="0"/>
          <w:numId w:val="11"/>
        </w:num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Monthly:</w:t>
      </w:r>
      <w:r w:rsidRPr="0051226C">
        <w:rPr>
          <w:sz w:val="20"/>
          <w:szCs w:val="20"/>
          <w:lang w:val="en-GB"/>
        </w:rPr>
        <w:t xml:space="preserve"> ______________________ </w:t>
      </w:r>
    </w:p>
    <w:p w14:paraId="5F9B978F" w14:textId="77777777" w:rsidR="007E0796" w:rsidRPr="0051226C" w:rsidRDefault="007E0796" w:rsidP="007E0796">
      <w:pPr>
        <w:numPr>
          <w:ilvl w:val="0"/>
          <w:numId w:val="11"/>
        </w:num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Yearly:</w:t>
      </w:r>
      <w:r w:rsidRPr="0051226C">
        <w:rPr>
          <w:sz w:val="20"/>
          <w:szCs w:val="20"/>
          <w:lang w:val="en-GB"/>
        </w:rPr>
        <w:t xml:space="preserve"> ______________________ </w:t>
      </w:r>
    </w:p>
    <w:p w14:paraId="6F123811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3.7 Taxes &amp; Fees</w:t>
      </w:r>
    </w:p>
    <w:p w14:paraId="28FDCC54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Will taxes and mandatory fees (e.g., resort fees or tourist taxes) be displayed separately from the room rate?</w:t>
      </w:r>
    </w:p>
    <w:p w14:paraId="2B947893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Yes</w:t>
      </w:r>
      <w:r w:rsidRPr="0051226C">
        <w:rPr>
          <w:sz w:val="20"/>
          <w:szCs w:val="20"/>
          <w:lang w:val="en-GB"/>
        </w:rPr>
        <w:t> </w:t>
      </w:r>
      <w:r w:rsidRPr="0051226C">
        <w:rPr>
          <w:sz w:val="20"/>
          <w:szCs w:val="20"/>
          <w:lang w:val="en-GB"/>
        </w:rPr>
        <w:t> </w:t>
      </w: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No</w:t>
      </w:r>
    </w:p>
    <w:p w14:paraId="79E272DF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3.8 API Performance</w:t>
      </w:r>
    </w:p>
    <w:p w14:paraId="7F5DBC2F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What is your expected API Queries Per Second (QPS) after go-live?</w:t>
      </w:r>
    </w:p>
    <w:p w14:paraId="4A095BEC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Answer:</w:t>
      </w:r>
      <w:r w:rsidRPr="0051226C">
        <w:rPr>
          <w:sz w:val="20"/>
          <w:szCs w:val="20"/>
          <w:lang w:val="en-GB"/>
        </w:rPr>
        <w:t xml:space="preserve"> ____________________________________________</w:t>
      </w:r>
    </w:p>
    <w:p w14:paraId="64184885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3.9 Multi-Room Bookings</w:t>
      </w:r>
    </w:p>
    <w:p w14:paraId="12A303B7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Does your platform support multi-room bookings?</w:t>
      </w:r>
    </w:p>
    <w:p w14:paraId="26B299BF" w14:textId="3BAA954A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Yes</w:t>
      </w:r>
      <w:r w:rsidRPr="0051226C">
        <w:rPr>
          <w:sz w:val="20"/>
          <w:szCs w:val="20"/>
          <w:lang w:val="en-GB"/>
        </w:rPr>
        <w:t> </w:t>
      </w:r>
      <w:r w:rsidRPr="0051226C">
        <w:rPr>
          <w:sz w:val="20"/>
          <w:szCs w:val="20"/>
          <w:lang w:val="en-GB"/>
        </w:rPr>
        <w:t> </w:t>
      </w: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No</w:t>
      </w:r>
    </w:p>
    <w:p w14:paraId="2CC0F14E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4. Caching</w:t>
      </w:r>
    </w:p>
    <w:p w14:paraId="00F60AAB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4.1 Hotel Details</w:t>
      </w:r>
    </w:p>
    <w:p w14:paraId="7A03E09D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Do you cache hotel details?</w:t>
      </w:r>
    </w:p>
    <w:p w14:paraId="01CCE478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Yes</w:t>
      </w:r>
      <w:r w:rsidRPr="0051226C">
        <w:rPr>
          <w:sz w:val="20"/>
          <w:szCs w:val="20"/>
          <w:lang w:val="en-GB"/>
        </w:rPr>
        <w:t> </w:t>
      </w:r>
      <w:r w:rsidRPr="0051226C">
        <w:rPr>
          <w:sz w:val="20"/>
          <w:szCs w:val="20"/>
          <w:lang w:val="en-GB"/>
        </w:rPr>
        <w:t> </w:t>
      </w: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No</w:t>
      </w:r>
    </w:p>
    <w:p w14:paraId="2C659128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i/>
          <w:iCs/>
          <w:sz w:val="20"/>
          <w:szCs w:val="20"/>
          <w:lang w:val="en-GB"/>
        </w:rPr>
        <w:t xml:space="preserve">If </w:t>
      </w:r>
      <w:r w:rsidRPr="0051226C">
        <w:rPr>
          <w:b/>
          <w:bCs/>
          <w:i/>
          <w:iCs/>
          <w:sz w:val="20"/>
          <w:szCs w:val="20"/>
          <w:lang w:val="en-GB"/>
        </w:rPr>
        <w:t>Yes</w:t>
      </w:r>
      <w:r w:rsidRPr="0051226C">
        <w:rPr>
          <w:i/>
          <w:iCs/>
          <w:sz w:val="20"/>
          <w:szCs w:val="20"/>
          <w:lang w:val="en-GB"/>
        </w:rPr>
        <w:t>, how frequently are they refreshed?</w:t>
      </w:r>
    </w:p>
    <w:p w14:paraId="4F7E82E6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Answer:</w:t>
      </w:r>
      <w:r w:rsidRPr="0051226C">
        <w:rPr>
          <w:sz w:val="20"/>
          <w:szCs w:val="20"/>
          <w:lang w:val="en-GB"/>
        </w:rPr>
        <w:t xml:space="preserve"> ____________________________________________</w:t>
      </w:r>
    </w:p>
    <w:p w14:paraId="43709A74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4.2 Rates &amp; Availability</w:t>
      </w:r>
    </w:p>
    <w:p w14:paraId="51E2395E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Do you cache rates and availability?</w:t>
      </w:r>
    </w:p>
    <w:p w14:paraId="6EBFB432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Yes</w:t>
      </w:r>
      <w:r w:rsidRPr="0051226C">
        <w:rPr>
          <w:sz w:val="20"/>
          <w:szCs w:val="20"/>
          <w:lang w:val="en-GB"/>
        </w:rPr>
        <w:t> </w:t>
      </w:r>
      <w:r w:rsidRPr="0051226C">
        <w:rPr>
          <w:sz w:val="20"/>
          <w:szCs w:val="20"/>
          <w:lang w:val="en-GB"/>
        </w:rPr>
        <w:t> </w:t>
      </w: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No</w:t>
      </w:r>
    </w:p>
    <w:p w14:paraId="4B70D554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i/>
          <w:iCs/>
          <w:sz w:val="20"/>
          <w:szCs w:val="20"/>
          <w:lang w:val="en-GB"/>
        </w:rPr>
        <w:t xml:space="preserve">If </w:t>
      </w:r>
      <w:r w:rsidRPr="0051226C">
        <w:rPr>
          <w:b/>
          <w:bCs/>
          <w:i/>
          <w:iCs/>
          <w:sz w:val="20"/>
          <w:szCs w:val="20"/>
          <w:lang w:val="en-GB"/>
        </w:rPr>
        <w:t>Yes</w:t>
      </w:r>
      <w:r w:rsidRPr="0051226C">
        <w:rPr>
          <w:i/>
          <w:iCs/>
          <w:sz w:val="20"/>
          <w:szCs w:val="20"/>
          <w:lang w:val="en-GB"/>
        </w:rPr>
        <w:t>, how frequently are they refreshed?</w:t>
      </w:r>
    </w:p>
    <w:p w14:paraId="2EDE9593" w14:textId="751CEFDC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Answer:</w:t>
      </w:r>
      <w:r w:rsidRPr="0051226C">
        <w:rPr>
          <w:sz w:val="20"/>
          <w:szCs w:val="20"/>
          <w:lang w:val="en-GB"/>
        </w:rPr>
        <w:t xml:space="preserve"> ____________________________________________</w:t>
      </w:r>
    </w:p>
    <w:p w14:paraId="2C1CFE0C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5. Technical Information</w:t>
      </w:r>
    </w:p>
    <w:p w14:paraId="6F4ADD6F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5.1 Development</w:t>
      </w:r>
    </w:p>
    <w:p w14:paraId="261DEBAE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Will the API integration be developed in-house or by a third-party provider?</w:t>
      </w:r>
    </w:p>
    <w:p w14:paraId="64E72B87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rFonts w:ascii="Segoe UI Symbol" w:hAnsi="Segoe UI Symbol" w:cs="Segoe UI Symbol"/>
          <w:sz w:val="20"/>
          <w:szCs w:val="20"/>
          <w:lang w:val="en-GB"/>
        </w:rPr>
        <w:lastRenderedPageBreak/>
        <w:t>☐</w:t>
      </w:r>
      <w:r w:rsidRPr="0051226C">
        <w:rPr>
          <w:sz w:val="20"/>
          <w:szCs w:val="20"/>
          <w:lang w:val="en-GB"/>
        </w:rPr>
        <w:t xml:space="preserve"> In-house</w:t>
      </w:r>
    </w:p>
    <w:p w14:paraId="137DD886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Third-Party</w:t>
      </w:r>
    </w:p>
    <w:p w14:paraId="5DE85788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i/>
          <w:iCs/>
          <w:sz w:val="20"/>
          <w:szCs w:val="20"/>
          <w:lang w:val="en-GB"/>
        </w:rPr>
        <w:t xml:space="preserve">If </w:t>
      </w:r>
      <w:r w:rsidRPr="0051226C">
        <w:rPr>
          <w:b/>
          <w:bCs/>
          <w:i/>
          <w:iCs/>
          <w:sz w:val="20"/>
          <w:szCs w:val="20"/>
          <w:lang w:val="en-GB"/>
        </w:rPr>
        <w:t>Third-Party</w:t>
      </w:r>
      <w:r w:rsidRPr="0051226C">
        <w:rPr>
          <w:i/>
          <w:iCs/>
          <w:sz w:val="20"/>
          <w:szCs w:val="20"/>
          <w:lang w:val="en-GB"/>
        </w:rPr>
        <w:t>, please specify:</w:t>
      </w:r>
    </w:p>
    <w:p w14:paraId="3572E7DB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Answer:</w:t>
      </w:r>
      <w:r w:rsidRPr="0051226C">
        <w:rPr>
          <w:sz w:val="20"/>
          <w:szCs w:val="20"/>
          <w:lang w:val="en-GB"/>
        </w:rPr>
        <w:t xml:space="preserve"> ____________________________________________</w:t>
      </w:r>
    </w:p>
    <w:p w14:paraId="1435822C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5.2 Booking Platform</w:t>
      </w:r>
    </w:p>
    <w:p w14:paraId="63CF7BA5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Please provide the name of your booking platform or reservation system.</w:t>
      </w:r>
    </w:p>
    <w:p w14:paraId="29C7427B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Answer:</w:t>
      </w:r>
      <w:r w:rsidRPr="0051226C">
        <w:rPr>
          <w:sz w:val="20"/>
          <w:szCs w:val="20"/>
          <w:lang w:val="en-GB"/>
        </w:rPr>
        <w:t xml:space="preserve"> ____________________________________________</w:t>
      </w:r>
    </w:p>
    <w:p w14:paraId="5C4E44D8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5.3 Test Environment</w:t>
      </w:r>
    </w:p>
    <w:p w14:paraId="41B3FC58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Do you require access to a test environment before production?</w:t>
      </w:r>
    </w:p>
    <w:p w14:paraId="30E488B2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Yes</w:t>
      </w:r>
      <w:r w:rsidRPr="0051226C">
        <w:rPr>
          <w:sz w:val="20"/>
          <w:szCs w:val="20"/>
          <w:lang w:val="en-GB"/>
        </w:rPr>
        <w:t> </w:t>
      </w:r>
      <w:r w:rsidRPr="0051226C">
        <w:rPr>
          <w:sz w:val="20"/>
          <w:szCs w:val="20"/>
          <w:lang w:val="en-GB"/>
        </w:rPr>
        <w:t> </w:t>
      </w: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No</w:t>
      </w:r>
    </w:p>
    <w:p w14:paraId="4A5CEE81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5.4 API Environment</w:t>
      </w:r>
    </w:p>
    <w:p w14:paraId="6A369C88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Do you have a fixed public IP address that should be whitelisted for API access?</w:t>
      </w:r>
    </w:p>
    <w:p w14:paraId="4C200D29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Yes</w:t>
      </w:r>
      <w:r w:rsidRPr="0051226C">
        <w:rPr>
          <w:sz w:val="20"/>
          <w:szCs w:val="20"/>
          <w:lang w:val="en-GB"/>
        </w:rPr>
        <w:t> </w:t>
      </w:r>
      <w:r w:rsidRPr="0051226C">
        <w:rPr>
          <w:sz w:val="20"/>
          <w:szCs w:val="20"/>
          <w:lang w:val="en-GB"/>
        </w:rPr>
        <w:t> </w:t>
      </w:r>
      <w:r w:rsidRPr="0051226C">
        <w:rPr>
          <w:rFonts w:ascii="Segoe UI Symbol" w:hAnsi="Segoe UI Symbol" w:cs="Segoe UI Symbol"/>
          <w:sz w:val="20"/>
          <w:szCs w:val="20"/>
          <w:lang w:val="en-GB"/>
        </w:rPr>
        <w:t>☐</w:t>
      </w:r>
      <w:r w:rsidRPr="0051226C">
        <w:rPr>
          <w:sz w:val="20"/>
          <w:szCs w:val="20"/>
          <w:lang w:val="en-GB"/>
        </w:rPr>
        <w:t xml:space="preserve"> No</w:t>
      </w:r>
    </w:p>
    <w:p w14:paraId="04A5AC20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i/>
          <w:iCs/>
          <w:sz w:val="20"/>
          <w:szCs w:val="20"/>
          <w:lang w:val="en-GB"/>
        </w:rPr>
        <w:t xml:space="preserve">If </w:t>
      </w:r>
      <w:r w:rsidRPr="0051226C">
        <w:rPr>
          <w:b/>
          <w:bCs/>
          <w:i/>
          <w:iCs/>
          <w:sz w:val="20"/>
          <w:szCs w:val="20"/>
          <w:lang w:val="en-GB"/>
        </w:rPr>
        <w:t>Yes</w:t>
      </w:r>
      <w:r w:rsidRPr="0051226C">
        <w:rPr>
          <w:i/>
          <w:iCs/>
          <w:sz w:val="20"/>
          <w:szCs w:val="20"/>
          <w:lang w:val="en-GB"/>
        </w:rPr>
        <w:t>, please provide the IP address(es):</w:t>
      </w:r>
    </w:p>
    <w:p w14:paraId="51397E6E" w14:textId="6AE288DC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Answer:</w:t>
      </w:r>
      <w:r w:rsidRPr="0051226C">
        <w:rPr>
          <w:sz w:val="20"/>
          <w:szCs w:val="20"/>
          <w:lang w:val="en-GB"/>
        </w:rPr>
        <w:t xml:space="preserve"> ____________________________________________</w:t>
      </w:r>
    </w:p>
    <w:p w14:paraId="25B422D8" w14:textId="77777777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6. Business Information</w:t>
      </w:r>
    </w:p>
    <w:p w14:paraId="25929B8E" w14:textId="3C35BEA3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6.1 Company Name</w:t>
      </w:r>
      <w:r w:rsidR="0051226C">
        <w:rPr>
          <w:b/>
          <w:bCs/>
          <w:sz w:val="20"/>
          <w:szCs w:val="20"/>
          <w:lang w:val="en-GB"/>
        </w:rPr>
        <w:t xml:space="preserve">     </w:t>
      </w:r>
    </w:p>
    <w:p w14:paraId="66BD90BF" w14:textId="76A50E01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6.2 Websit</w:t>
      </w:r>
      <w:r w:rsidR="0051226C">
        <w:rPr>
          <w:b/>
          <w:bCs/>
          <w:sz w:val="20"/>
          <w:szCs w:val="20"/>
          <w:lang w:val="en-GB"/>
        </w:rPr>
        <w:t xml:space="preserve">e </w:t>
      </w:r>
    </w:p>
    <w:p w14:paraId="518C36FE" w14:textId="55257352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6.</w:t>
      </w:r>
      <w:r w:rsidR="0051226C">
        <w:rPr>
          <w:b/>
          <w:bCs/>
          <w:sz w:val="20"/>
          <w:szCs w:val="20"/>
          <w:lang w:val="en-GB"/>
        </w:rPr>
        <w:t>3</w:t>
      </w:r>
      <w:r w:rsidRPr="0051226C">
        <w:rPr>
          <w:b/>
          <w:bCs/>
          <w:sz w:val="20"/>
          <w:szCs w:val="20"/>
          <w:lang w:val="en-GB"/>
        </w:rPr>
        <w:t xml:space="preserve"> Expected Go-Live Date</w:t>
      </w:r>
    </w:p>
    <w:p w14:paraId="62D5B476" w14:textId="7EBAF225" w:rsidR="007E0796" w:rsidRPr="0051226C" w:rsidRDefault="007E0796" w:rsidP="007E0796">
      <w:pPr>
        <w:rPr>
          <w:b/>
          <w:bCs/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6.</w:t>
      </w:r>
      <w:r w:rsidR="0051226C">
        <w:rPr>
          <w:b/>
          <w:bCs/>
          <w:sz w:val="20"/>
          <w:szCs w:val="20"/>
          <w:lang w:val="en-GB"/>
        </w:rPr>
        <w:t>4</w:t>
      </w:r>
      <w:r w:rsidRPr="0051226C">
        <w:rPr>
          <w:b/>
          <w:bCs/>
          <w:sz w:val="20"/>
          <w:szCs w:val="20"/>
          <w:lang w:val="en-GB"/>
        </w:rPr>
        <w:t xml:space="preserve"> Technical Contact</w:t>
      </w:r>
    </w:p>
    <w:p w14:paraId="3B78F77F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Name:</w:t>
      </w:r>
      <w:r w:rsidRPr="0051226C">
        <w:rPr>
          <w:sz w:val="20"/>
          <w:szCs w:val="20"/>
          <w:lang w:val="en-GB"/>
        </w:rPr>
        <w:t xml:space="preserve"> ____________________________________________</w:t>
      </w:r>
    </w:p>
    <w:p w14:paraId="2ABB9ACE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Email:</w:t>
      </w:r>
      <w:r w:rsidRPr="0051226C">
        <w:rPr>
          <w:sz w:val="20"/>
          <w:szCs w:val="20"/>
          <w:lang w:val="en-GB"/>
        </w:rPr>
        <w:t xml:space="preserve"> ____________________________________________</w:t>
      </w:r>
    </w:p>
    <w:p w14:paraId="7A2E983D" w14:textId="77777777" w:rsidR="007E0796" w:rsidRPr="0051226C" w:rsidRDefault="007E0796" w:rsidP="007E0796">
      <w:pPr>
        <w:rPr>
          <w:sz w:val="20"/>
          <w:szCs w:val="20"/>
          <w:lang w:val="en-GB"/>
        </w:rPr>
      </w:pPr>
      <w:r w:rsidRPr="0051226C">
        <w:rPr>
          <w:b/>
          <w:bCs/>
          <w:sz w:val="20"/>
          <w:szCs w:val="20"/>
          <w:lang w:val="en-GB"/>
        </w:rPr>
        <w:t>Phone:</w:t>
      </w:r>
      <w:r w:rsidRPr="0051226C">
        <w:rPr>
          <w:sz w:val="20"/>
          <w:szCs w:val="20"/>
          <w:lang w:val="en-GB"/>
        </w:rPr>
        <w:t xml:space="preserve"> ____________________________________________</w:t>
      </w:r>
    </w:p>
    <w:p w14:paraId="54767C40" w14:textId="16F259A1" w:rsidR="003844FE" w:rsidRPr="0051226C" w:rsidRDefault="003844FE">
      <w:pPr>
        <w:rPr>
          <w:sz w:val="20"/>
          <w:szCs w:val="20"/>
        </w:rPr>
      </w:pPr>
    </w:p>
    <w:sectPr w:rsidR="003844FE" w:rsidRPr="0051226C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73C39" w14:textId="77777777" w:rsidR="001800DE" w:rsidRDefault="001800DE">
      <w:pPr>
        <w:spacing w:after="0" w:line="240" w:lineRule="auto"/>
      </w:pPr>
      <w:r>
        <w:separator/>
      </w:r>
    </w:p>
  </w:endnote>
  <w:endnote w:type="continuationSeparator" w:id="0">
    <w:p w14:paraId="075E2F07" w14:textId="77777777" w:rsidR="001800DE" w:rsidRDefault="00180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9419C" w14:textId="77777777" w:rsidR="001800DE" w:rsidRDefault="001800DE">
      <w:pPr>
        <w:spacing w:after="0" w:line="240" w:lineRule="auto"/>
      </w:pPr>
      <w:r>
        <w:separator/>
      </w:r>
    </w:p>
  </w:footnote>
  <w:footnote w:type="continuationSeparator" w:id="0">
    <w:p w14:paraId="138F8E9C" w14:textId="77777777" w:rsidR="001800DE" w:rsidRDefault="00180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9DED8" w14:textId="77777777" w:rsidR="003844FE" w:rsidRDefault="00000000">
    <w:pPr>
      <w:pStyle w:val="Header"/>
      <w:jc w:val="right"/>
    </w:pPr>
    <w:r>
      <w:rPr>
        <w:noProof/>
      </w:rPr>
      <w:drawing>
        <wp:inline distT="0" distB="0" distL="0" distR="0" wp14:anchorId="0241FE81" wp14:editId="38CD3C95">
          <wp:extent cx="2011680" cy="4396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1680" cy="439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0F2A6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194C28"/>
    <w:multiLevelType w:val="multilevel"/>
    <w:tmpl w:val="D992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0833BC"/>
    <w:multiLevelType w:val="multilevel"/>
    <w:tmpl w:val="C51C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8576388">
    <w:abstractNumId w:val="8"/>
  </w:num>
  <w:num w:numId="2" w16cid:durableId="645093023">
    <w:abstractNumId w:val="6"/>
  </w:num>
  <w:num w:numId="3" w16cid:durableId="1637418339">
    <w:abstractNumId w:val="5"/>
  </w:num>
  <w:num w:numId="4" w16cid:durableId="1990092276">
    <w:abstractNumId w:val="4"/>
  </w:num>
  <w:num w:numId="5" w16cid:durableId="2132091872">
    <w:abstractNumId w:val="7"/>
  </w:num>
  <w:num w:numId="6" w16cid:durableId="1125737923">
    <w:abstractNumId w:val="3"/>
  </w:num>
  <w:num w:numId="7" w16cid:durableId="1923565249">
    <w:abstractNumId w:val="2"/>
  </w:num>
  <w:num w:numId="8" w16cid:durableId="728847307">
    <w:abstractNumId w:val="1"/>
  </w:num>
  <w:num w:numId="9" w16cid:durableId="352070038">
    <w:abstractNumId w:val="0"/>
  </w:num>
  <w:num w:numId="10" w16cid:durableId="1720859924">
    <w:abstractNumId w:val="9"/>
  </w:num>
  <w:num w:numId="11" w16cid:durableId="11862087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3901"/>
    <w:rsid w:val="0015074B"/>
    <w:rsid w:val="001800DE"/>
    <w:rsid w:val="002164C9"/>
    <w:rsid w:val="0029639D"/>
    <w:rsid w:val="00326F90"/>
    <w:rsid w:val="003844FE"/>
    <w:rsid w:val="0051226C"/>
    <w:rsid w:val="005C795F"/>
    <w:rsid w:val="007E0796"/>
    <w:rsid w:val="009D20A1"/>
    <w:rsid w:val="00A5632C"/>
    <w:rsid w:val="00AA1D8D"/>
    <w:rsid w:val="00AD73D8"/>
    <w:rsid w:val="00B47730"/>
    <w:rsid w:val="00B87C01"/>
    <w:rsid w:val="00B91092"/>
    <w:rsid w:val="00BE0372"/>
    <w:rsid w:val="00BF06D3"/>
    <w:rsid w:val="00C70797"/>
    <w:rsid w:val="00C84896"/>
    <w:rsid w:val="00CB0664"/>
    <w:rsid w:val="00D36664"/>
    <w:rsid w:val="00E1465E"/>
    <w:rsid w:val="00E64F5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96591A"/>
  <w14:defaultImageDpi w14:val="300"/>
  <w15:docId w15:val="{D85C7C7E-4ED7-4503-AC19-DE39BA221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 M</cp:lastModifiedBy>
  <cp:revision>12</cp:revision>
  <dcterms:created xsi:type="dcterms:W3CDTF">2013-12-23T23:15:00Z</dcterms:created>
  <dcterms:modified xsi:type="dcterms:W3CDTF">2026-08-10T09:56:00Z</dcterms:modified>
  <cp:category/>
</cp:coreProperties>
</file>